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für massage fü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