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shoppen fü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