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valentinstag kon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