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valentinstag zum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