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hauswirtschaft deckblatt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