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 zum valentinstag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