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ärchen deckblatt fü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