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ärchen deckblatt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