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ärchen deckblätt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