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thematik deckblatt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