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thematik deckblätt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