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ittelalter deckblatt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