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usik deckblatt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