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usik deckblatt ide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