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arty einlad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