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rty einladung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