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arty einladung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