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rty einladun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