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physik deckblatt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