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olitik deckblatt zum ausdrucken kosnte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