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oolparty einladung vorlage pdffü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