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poolparty einladung vorlag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