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chmetterling einladung vorl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