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echnik deckbla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