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usa deckblatt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