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ntinstag grusskart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