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alentinstag grusskarte vorlage pdf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