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alentinstag grusskart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