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orlage gutschein wellness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