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orlage gutschein wellnes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