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wasser deckblatt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