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asser deckbla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