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merika deckblatt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