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merika deckblätte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