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ingo vorlagen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