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astronomie fü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