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deckblatt franzoesisch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