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für wirtschaf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