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att philosophi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