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politik und wirtschaf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