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ckblätter englisch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