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ätter mensch natur technik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