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mensch natur techn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