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utsch fabeln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