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utsch fabeln deckblätte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