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rammatik deckblatt auslad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