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rammatik deckblatt fur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