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slam deckblatt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