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judentum deckblätt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