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literatur deckblatt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